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right"/>
      </w:pPr>
      <w:sdt>
        <w:sdtPr>
          <w:showingPlcHdr/>
          <w:text/>
        </w:sdtPr>
        <w:sdtContent>
          <w:pPr/>
          <w:r>
            <w:rPr>
              <w:rStyle w:val="PlaceholderText"/>
            </w:rPr>
            <w:t>……………………………..</w:t>
          </w:r>
        </w:sdtContent>
      </w:sdt>
    </w:p>
    <w:p>
      <w:pPr>
        <w:spacing w:after="360"/>
        <w:jc w:val="right"/>
      </w:pPr>
      <w:r>
        <w:rPr>
          <w:i/>
          <w:sz w:val="19"/>
        </w:rPr>
        <w:t>/miejscowość, data/</w:t>
      </w:r>
    </w:p>
    <w:p>
      <w:pPr>
        <w:spacing w:after="60"/>
      </w:pPr>
      <w:r>
        <w:t xml:space="preserve">Imię: </w:t>
      </w:r>
      <w:sdt>
        <w:sdtPr>
          <w:showingPlcHdr/>
          <w:text/>
        </w:sdtPr>
        <w:sdtContent>
          <w:pPr/>
          <w:r>
            <w:rPr>
              <w:rStyle w:val="PlaceholderText"/>
            </w:rPr>
            <w:t>………………………………….</w:t>
          </w:r>
        </w:sdtContent>
      </w:sdt>
    </w:p>
    <w:p>
      <w:pPr>
        <w:spacing w:after="60"/>
      </w:pPr>
      <w:r>
        <w:t xml:space="preserve">Nazwisko: </w:t>
      </w:r>
      <w:sdt>
        <w:sdtPr>
          <w:showingPlcHdr/>
          <w:text/>
        </w:sdtPr>
        <w:sdtContent>
          <w:pPr/>
          <w:r>
            <w:rPr>
              <w:rStyle w:val="PlaceholderText"/>
            </w:rPr>
            <w:t>……………………………</w:t>
          </w:r>
        </w:sdtContent>
      </w:sdt>
    </w:p>
    <w:p>
      <w:pPr>
        <w:spacing w:after="60"/>
      </w:pPr>
      <w:r>
        <w:t xml:space="preserve">email: </w:t>
      </w:r>
      <w:sdt>
        <w:sdtPr>
          <w:showingPlcHdr/>
          <w:text/>
        </w:sdtPr>
        <w:sdtContent>
          <w:pPr/>
          <w:r>
            <w:rPr>
              <w:rStyle w:val="PlaceholderText"/>
            </w:rPr>
            <w:t>………………………..……</w:t>
          </w:r>
        </w:sdtContent>
      </w:sdt>
    </w:p>
    <w:p>
      <w:pPr>
        <w:spacing w:after="60"/>
      </w:pPr>
      <w:r>
        <w:t xml:space="preserve">Nr albumu: </w:t>
      </w:r>
      <w:sdt>
        <w:sdtPr>
          <w:showingPlcHdr/>
          <w:text/>
        </w:sdtPr>
        <w:sdtContent>
          <w:pPr/>
          <w:r>
            <w:rPr>
              <w:rStyle w:val="PlaceholderText"/>
            </w:rPr>
            <w:t>………………….………</w:t>
          </w:r>
        </w:sdtContent>
      </w:sdt>
    </w:p>
    <w:p>
      <w:pPr>
        <w:spacing w:before="400" w:after="320"/>
        <w:jc w:val="center"/>
      </w:pPr>
      <w:r>
        <w:rPr>
          <w:b/>
          <w:sz w:val="28"/>
        </w:rPr>
        <w:t>WNIOSEK O WYSTAWIENIE FAKTURY PROFORMA</w:t>
      </w:r>
    </w:p>
    <w:p>
      <w:pPr>
        <w:spacing w:after="280" w:line="312" w:lineRule="auto"/>
      </w:pPr>
      <w:r>
        <w:t xml:space="preserve">Proszę o wystawienie faktury proforma na kwotę </w:t>
      </w:r>
      <w:sdt>
        <w:sdtPr>
          <w:showingPlcHdr/>
          <w:text/>
        </w:sdtPr>
        <w:sdtContent>
          <w:pPr/>
          <w:r>
            <w:rPr>
              <w:rStyle w:val="PlaceholderText"/>
            </w:rPr>
            <w:t>…………………..</w:t>
          </w:r>
        </w:sdtContent>
      </w:sdt>
      <w:r>
        <w:t xml:space="preserve"> zł, </w:t>
      </w:r>
      <w:r>
        <w:t xml:space="preserve">tytułem opłaty za czesne za semestr </w:t>
      </w:r>
      <w:sdt>
        <w:sdtPr>
          <w:showingPlcHdr/>
          <w:text/>
        </w:sdtPr>
        <w:sdtContent>
          <w:pPr/>
          <w:r>
            <w:rPr>
              <w:rStyle w:val="PlaceholderText"/>
            </w:rPr>
            <w:t>…………………….…………………………</w:t>
          </w:r>
        </w:sdtContent>
      </w:sdt>
      <w:r>
        <w:t xml:space="preserve"> </w:t>
      </w:r>
      <w:r>
        <w:t xml:space="preserve">na kierunku </w:t>
      </w:r>
      <w:sdt>
        <w:sdtPr>
          <w:showingPlcHdr/>
          <w:text/>
        </w:sdtPr>
        <w:sdtContent>
          <w:pPr/>
          <w:r>
            <w:rPr>
              <w:rStyle w:val="PlaceholderText"/>
            </w:rPr>
            <w:t>……………………………….…………………………………………………………………………,</w:t>
          </w:r>
        </w:sdtContent>
      </w:sdt>
      <w:r>
        <w:t xml:space="preserve"> </w:t>
      </w:r>
      <w:r>
        <w:t xml:space="preserve">w roku akademickim </w:t>
      </w:r>
      <w:sdt>
        <w:sdtPr>
          <w:showingPlcHdr/>
          <w:text/>
        </w:sdtPr>
        <w:sdtContent>
          <w:pPr/>
          <w:r>
            <w:rPr>
              <w:rStyle w:val="PlaceholderText"/>
            </w:rPr>
            <w:t>……...................</w:t>
          </w:r>
        </w:sdtContent>
      </w:sdt>
      <w:r>
        <w:t>.</w:t>
      </w:r>
    </w:p>
    <w:p>
      <w:pPr>
        <w:spacing w:after="80"/>
      </w:pPr>
      <w:r>
        <w:rPr>
          <w:b/>
        </w:rPr>
        <w:t>Dane nabywcy/studenta:</w:t>
      </w:r>
    </w:p>
    <w:p>
      <w:pPr>
        <w:spacing w:after="60"/>
      </w:pPr>
      <w:r>
        <w:t xml:space="preserve">Imię i nazwisko: </w:t>
      </w:r>
      <w:sdt>
        <w:sdtPr>
          <w:showingPlcHdr/>
          <w:text/>
        </w:sdtPr>
        <w:sdtContent>
          <w:pPr/>
          <w:r>
            <w:rPr>
              <w:rStyle w:val="PlaceholderText"/>
            </w:rPr>
            <w:t>….………………………………………..…………………………………… ……………….</w:t>
          </w:r>
        </w:sdtContent>
      </w:sdt>
    </w:p>
    <w:p>
      <w:pPr>
        <w:spacing w:after="280"/>
      </w:pPr>
      <w:r>
        <w:t xml:space="preserve">Adres: </w:t>
      </w:r>
      <w:sdt>
        <w:sdtPr>
          <w:showingPlcHdr/>
          <w:text/>
        </w:sdtPr>
        <w:sdtContent>
          <w:pPr/>
          <w:r>
            <w:rPr>
              <w:rStyle w:val="PlaceholderText"/>
            </w:rPr>
            <w:t>……………………..……………………………………………..…………………..…………………….…</w:t>
          </w:r>
        </w:sdtContent>
      </w:sdt>
    </w:p>
    <w:p>
      <w:pPr>
        <w:spacing w:after="80"/>
      </w:pPr>
      <w:r>
        <w:rPr>
          <w:b/>
        </w:rPr>
        <w:t>Dane płatnika:</w:t>
      </w:r>
    </w:p>
    <w:p>
      <w:pPr>
        <w:spacing w:after="60"/>
      </w:pPr>
      <w:r>
        <w:t xml:space="preserve">Nazwa Firmy: </w:t>
      </w:r>
      <w:sdt>
        <w:sdtPr>
          <w:showingPlcHdr/>
          <w:text/>
        </w:sdtPr>
        <w:sdtContent>
          <w:pPr/>
          <w:r>
            <w:rPr>
              <w:rStyle w:val="PlaceholderText"/>
            </w:rPr>
            <w:t>……………..……………………………………………….………………………………………..</w:t>
          </w:r>
        </w:sdtContent>
      </w:sdt>
    </w:p>
    <w:p>
      <w:pPr>
        <w:spacing w:after="60"/>
      </w:pPr>
      <w:r>
        <w:t xml:space="preserve">Adres: </w:t>
      </w:r>
      <w:sdt>
        <w:sdtPr>
          <w:showingPlcHdr/>
          <w:text/>
        </w:sdtPr>
        <w:sdtContent>
          <w:pPr/>
          <w:r>
            <w:rPr>
              <w:rStyle w:val="PlaceholderText"/>
            </w:rPr>
            <w:t>……………………..………………………………………….……………………….…………………… ..</w:t>
          </w:r>
        </w:sdtContent>
      </w:sdt>
    </w:p>
    <w:p>
      <w:pPr>
        <w:spacing w:after="700"/>
      </w:pPr>
      <w:r>
        <w:t xml:space="preserve">NIP: </w:t>
      </w:r>
      <w:sdt>
        <w:sdtPr>
          <w:showingPlcHdr/>
          <w:text/>
        </w:sdtPr>
        <w:sdtContent>
          <w:pPr/>
          <w:r>
            <w:rPr>
              <w:rStyle w:val="PlaceholderText"/>
            </w:rPr>
            <w:t>……………………………………………………………………………………………..</w:t>
          </w:r>
        </w:sdtContent>
      </w:sdt>
    </w:p>
    <w:p>
      <w:pPr>
        <w:jc w:val="right"/>
      </w:pPr>
      <w:sdt>
        <w:sdtPr>
          <w:showingPlcHdr/>
          <w:text/>
        </w:sdtPr>
        <w:sdtContent>
          <w:pPr/>
          <w:r>
            <w:rPr>
              <w:rStyle w:val="PlaceholderText"/>
            </w:rPr>
            <w:t>…………………………</w:t>
          </w:r>
        </w:sdtContent>
      </w:sdt>
      <w:r>
        <w:br/>
        <w:t>(Podpis)</w:t>
      </w:r>
    </w:p>
    <w:sectPr w:rsidR="00FC693F" w:rsidRPr="0006063C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documentProtection w:edit="forms" w:enforcement="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