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right"/>
      </w:pP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……………………………..</w:t>
          </w:r>
        </w:sdtContent>
      </w:sdt>
    </w:p>
    <w:p>
      <w:pPr>
        <w:spacing w:after="360"/>
        <w:jc w:val="right"/>
      </w:pPr>
      <w:r>
        <w:rPr>
          <w:i/>
          <w:sz w:val="19"/>
        </w:rPr>
        <w:t>/miejscowość, data/</w:t>
      </w:r>
    </w:p>
    <w:p>
      <w:pPr>
        <w:spacing w:after="60"/>
      </w:pPr>
      <w:r>
        <w:t xml:space="preserve">Imię: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………………………………….</w:t>
          </w:r>
        </w:sdtContent>
      </w:sdt>
    </w:p>
    <w:p>
      <w:pPr>
        <w:spacing w:after="60"/>
      </w:pPr>
      <w:r>
        <w:t xml:space="preserve">Nazwisko: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……………………………</w:t>
          </w:r>
        </w:sdtContent>
      </w:sdt>
    </w:p>
    <w:p>
      <w:pPr>
        <w:spacing w:after="60"/>
      </w:pPr>
      <w:r>
        <w:t xml:space="preserve">email: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………………………..……</w:t>
          </w:r>
        </w:sdtContent>
      </w:sdt>
    </w:p>
    <w:p>
      <w:pPr>
        <w:spacing w:after="60"/>
      </w:pPr>
      <w:r>
        <w:t xml:space="preserve">Nr albumu: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………………….………</w:t>
          </w:r>
        </w:sdtContent>
      </w:sdt>
    </w:p>
    <w:p>
      <w:pPr>
        <w:spacing w:before="400" w:after="320"/>
        <w:jc w:val="center"/>
      </w:pPr>
      <w:r>
        <w:rPr>
          <w:b/>
          <w:sz w:val="28"/>
        </w:rPr>
        <w:t>WNIOSEK O WYSTAWIENIE FAKTURY</w:t>
      </w:r>
    </w:p>
    <w:p>
      <w:pPr>
        <w:spacing w:after="80" w:line="312" w:lineRule="auto"/>
      </w:pPr>
      <w:r>
        <w:t xml:space="preserve">Proszę o wystawienie faktury na kwotę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…………………..</w:t>
          </w:r>
        </w:sdtContent>
      </w:sdt>
      <w:r>
        <w:t xml:space="preserve"> złotych </w:t>
      </w:r>
      <w:r>
        <w:t xml:space="preserve">tytułem opłaty za czesne za semestr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……………………………….</w:t>
          </w:r>
        </w:sdtContent>
      </w:sdt>
      <w:r>
        <w:t xml:space="preserve"> </w:t>
      </w:r>
      <w:r>
        <w:t xml:space="preserve">na kierunku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…………………………………………………………………………</w:t>
          </w:r>
        </w:sdtContent>
      </w:sdt>
      <w:r>
        <w:t xml:space="preserve"> </w:t>
      </w:r>
      <w:r>
        <w:t xml:space="preserve">w roku akademickim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……....................</w:t>
          </w:r>
        </w:sdtContent>
      </w:sdt>
      <w:r>
        <w:t>.</w:t>
      </w:r>
    </w:p>
    <w:p>
      <w:pPr>
        <w:spacing w:after="280"/>
      </w:pPr>
      <w:r>
        <w:t xml:space="preserve">Wpłaty dokonano dnia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……………….</w:t>
          </w:r>
        </w:sdtContent>
      </w:sdt>
    </w:p>
    <w:p>
      <w:pPr>
        <w:spacing w:after="120"/>
      </w:pPr>
      <w:r>
        <w:rPr>
          <w:b/>
        </w:rPr>
        <w:t>Jednocześnie oświadczam, że prowadzę jednoosobową działalność gospodarczą pod nazwą:</w:t>
      </w:r>
    </w:p>
    <w:p>
      <w:pPr>
        <w:spacing w:after="60"/>
      </w:pPr>
      <w:r>
        <w:t xml:space="preserve">Nazwa Firmy: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……………..……………………………………………….………………………………………..</w:t>
          </w:r>
        </w:sdtContent>
      </w:sdt>
    </w:p>
    <w:p>
      <w:pPr>
        <w:spacing w:after="60"/>
      </w:pPr>
      <w:r>
        <w:t xml:space="preserve">Adres: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……………………..………………………………………….……………………….…………………… ..</w:t>
          </w:r>
        </w:sdtContent>
      </w:sdt>
    </w:p>
    <w:p>
      <w:pPr>
        <w:spacing w:after="280"/>
      </w:pPr>
      <w:r>
        <w:t xml:space="preserve">NIP: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……………………………………………………………………………………………..</w:t>
          </w:r>
        </w:sdtContent>
      </w:sdt>
    </w:p>
    <w:p>
      <w:pPr>
        <w:spacing w:before="200" w:after="700"/>
      </w:pPr>
      <w:r>
        <w:t>Do podania załączam potwierdzenie zapłaty.</w:t>
      </w:r>
    </w:p>
    <w:p>
      <w:pPr>
        <w:jc w:val="right"/>
      </w:pP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…………………………</w:t>
          </w:r>
        </w:sdtContent>
      </w:sdt>
      <w:r>
        <w:br/>
        <w:t>(Podpis)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ocumentProtection w:edit="forms" w:enforcement="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